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F262C" w14:textId="77777777" w:rsidR="006F495F" w:rsidRDefault="006F495F" w:rsidP="006F495F">
      <w:pPr>
        <w:spacing w:after="0"/>
        <w:rPr>
          <w:b/>
          <w:sz w:val="24"/>
          <w:szCs w:val="24"/>
          <w:lang w:val="es-CO"/>
        </w:rPr>
      </w:pPr>
    </w:p>
    <w:p w14:paraId="3004D6F2" w14:textId="77777777" w:rsidR="006F495F" w:rsidRDefault="006F495F" w:rsidP="006F495F">
      <w:pPr>
        <w:spacing w:after="0"/>
        <w:rPr>
          <w:b/>
          <w:sz w:val="24"/>
          <w:szCs w:val="24"/>
          <w:lang w:val="es-CO"/>
        </w:rPr>
      </w:pPr>
    </w:p>
    <w:p w14:paraId="6EEB99BC" w14:textId="44B6DB9A" w:rsidR="005D3E9B" w:rsidRPr="00C42D4C" w:rsidRDefault="00CC11FA" w:rsidP="006F495F">
      <w:pPr>
        <w:spacing w:after="0"/>
        <w:jc w:val="center"/>
        <w:rPr>
          <w:b/>
          <w:sz w:val="24"/>
          <w:szCs w:val="24"/>
          <w:lang w:val="es-CO"/>
        </w:rPr>
      </w:pPr>
      <w:r w:rsidRPr="00C42D4C">
        <w:rPr>
          <w:b/>
          <w:sz w:val="24"/>
          <w:szCs w:val="24"/>
          <w:lang w:val="es-CO"/>
        </w:rPr>
        <w:t>CÁMARA DE COMERCIO DE LA GUAJIRA</w:t>
      </w:r>
    </w:p>
    <w:p w14:paraId="5F75A493" w14:textId="77777777" w:rsidR="005D3E9B" w:rsidRPr="00C42D4C" w:rsidRDefault="00CC11FA" w:rsidP="00D701F5">
      <w:pPr>
        <w:spacing w:after="0"/>
        <w:jc w:val="center"/>
        <w:rPr>
          <w:sz w:val="24"/>
          <w:szCs w:val="24"/>
          <w:lang w:val="es-CO"/>
        </w:rPr>
      </w:pPr>
      <w:r w:rsidRPr="00C42D4C">
        <w:rPr>
          <w:b/>
          <w:sz w:val="24"/>
          <w:szCs w:val="24"/>
          <w:lang w:val="es-CO"/>
        </w:rPr>
        <w:t>CONCURSO SEMILLERO GUAJIRO DE LA MÚSICA VALLENATA TRADICIONAL 2026</w:t>
      </w:r>
    </w:p>
    <w:p w14:paraId="3F378F2B" w14:textId="10E1F11A" w:rsidR="005D3E9B" w:rsidRPr="00C42D4C" w:rsidRDefault="00CC11FA" w:rsidP="00D701F5">
      <w:pPr>
        <w:spacing w:after="0"/>
        <w:jc w:val="center"/>
        <w:rPr>
          <w:sz w:val="24"/>
          <w:szCs w:val="24"/>
          <w:lang w:val="es-CO"/>
        </w:rPr>
      </w:pPr>
      <w:r w:rsidRPr="00C42D4C">
        <w:rPr>
          <w:b/>
          <w:sz w:val="24"/>
          <w:szCs w:val="24"/>
          <w:lang w:val="es-CO"/>
        </w:rPr>
        <w:t>AUTORIZACIÓN DE PARTICIPACIÓN DE NIÑO</w:t>
      </w:r>
      <w:r w:rsidR="00991493" w:rsidRPr="00C42D4C">
        <w:rPr>
          <w:b/>
          <w:sz w:val="24"/>
          <w:szCs w:val="24"/>
          <w:lang w:val="es-CO"/>
        </w:rPr>
        <w:t xml:space="preserve"> O NIÑA</w:t>
      </w:r>
    </w:p>
    <w:p w14:paraId="6D3DCF69" w14:textId="77777777" w:rsidR="00D701F5" w:rsidRDefault="00D701F5">
      <w:pPr>
        <w:rPr>
          <w:sz w:val="24"/>
          <w:szCs w:val="24"/>
          <w:lang w:val="es-CO"/>
        </w:rPr>
      </w:pPr>
    </w:p>
    <w:p w14:paraId="517C3073" w14:textId="588B77A7" w:rsidR="005D3E9B" w:rsidRPr="00C42D4C" w:rsidRDefault="00CC11FA">
      <w:pPr>
        <w:rPr>
          <w:sz w:val="24"/>
          <w:szCs w:val="24"/>
          <w:lang w:val="es-CO"/>
        </w:rPr>
      </w:pPr>
      <w:r w:rsidRPr="00C42D4C">
        <w:rPr>
          <w:sz w:val="24"/>
          <w:szCs w:val="24"/>
          <w:lang w:val="es-CO"/>
        </w:rPr>
        <w:t>Lugar y fecha: __________________</w:t>
      </w:r>
      <w:r w:rsidR="006F495F">
        <w:rPr>
          <w:sz w:val="24"/>
          <w:szCs w:val="24"/>
          <w:lang w:val="es-CO"/>
        </w:rPr>
        <w:t>____________________</w:t>
      </w:r>
    </w:p>
    <w:p w14:paraId="245B7EBA" w14:textId="77777777" w:rsidR="005D3E9B" w:rsidRPr="00C42D4C" w:rsidRDefault="00CC11FA">
      <w:pPr>
        <w:rPr>
          <w:sz w:val="24"/>
          <w:szCs w:val="24"/>
          <w:lang w:val="es-CO"/>
        </w:rPr>
      </w:pPr>
      <w:r w:rsidRPr="00C42D4C">
        <w:rPr>
          <w:sz w:val="24"/>
          <w:szCs w:val="24"/>
          <w:lang w:val="es-CO"/>
        </w:rPr>
        <w:t xml:space="preserve">Yo, ________________________________________________________________, identificado(a) con documento de identidad tipo __________ No. __________________________, expedido en ______________________________, actuando en calidad de: ☐ </w:t>
      </w:r>
      <w:proofErr w:type="gramStart"/>
      <w:r w:rsidRPr="00C42D4C">
        <w:rPr>
          <w:sz w:val="24"/>
          <w:szCs w:val="24"/>
          <w:lang w:val="es-CO"/>
        </w:rPr>
        <w:t>padre  ☐</w:t>
      </w:r>
      <w:proofErr w:type="gramEnd"/>
      <w:r w:rsidRPr="00C42D4C">
        <w:rPr>
          <w:sz w:val="24"/>
          <w:szCs w:val="24"/>
          <w:lang w:val="es-CO"/>
        </w:rPr>
        <w:t xml:space="preserve"> </w:t>
      </w:r>
      <w:proofErr w:type="gramStart"/>
      <w:r w:rsidRPr="00C42D4C">
        <w:rPr>
          <w:sz w:val="24"/>
          <w:szCs w:val="24"/>
          <w:lang w:val="es-CO"/>
        </w:rPr>
        <w:t>madre  ☐</w:t>
      </w:r>
      <w:proofErr w:type="gramEnd"/>
      <w:r w:rsidRPr="00C42D4C">
        <w:rPr>
          <w:sz w:val="24"/>
          <w:szCs w:val="24"/>
          <w:lang w:val="es-CO"/>
        </w:rPr>
        <w:t xml:space="preserve"> representante legal/acreditado(a) del niño, niña o adolescente:</w:t>
      </w:r>
    </w:p>
    <w:p w14:paraId="65195BF7" w14:textId="77777777" w:rsidR="005D3E9B" w:rsidRPr="00C42D4C" w:rsidRDefault="00CC11FA">
      <w:pPr>
        <w:rPr>
          <w:sz w:val="24"/>
          <w:szCs w:val="24"/>
          <w:lang w:val="es-CO"/>
        </w:rPr>
      </w:pPr>
      <w:r w:rsidRPr="00C42D4C">
        <w:rPr>
          <w:sz w:val="24"/>
          <w:szCs w:val="24"/>
          <w:lang w:val="es-CO"/>
        </w:rPr>
        <w:t>Nombre completo del participante: ____________________________________________________</w:t>
      </w:r>
    </w:p>
    <w:p w14:paraId="18EA0DFD" w14:textId="77777777" w:rsidR="005D3E9B" w:rsidRPr="00C42D4C" w:rsidRDefault="00CC11FA">
      <w:pPr>
        <w:rPr>
          <w:sz w:val="24"/>
          <w:szCs w:val="24"/>
          <w:lang w:val="es-CO"/>
        </w:rPr>
      </w:pPr>
      <w:r w:rsidRPr="00C42D4C">
        <w:rPr>
          <w:sz w:val="24"/>
          <w:szCs w:val="24"/>
          <w:lang w:val="es-CO"/>
        </w:rPr>
        <w:t>Tipo y número de documento de identidad: ______________________________________________</w:t>
      </w:r>
    </w:p>
    <w:p w14:paraId="66277508" w14:textId="77777777" w:rsidR="005D3E9B" w:rsidRPr="00C42D4C" w:rsidRDefault="00CC11FA">
      <w:pPr>
        <w:rPr>
          <w:sz w:val="24"/>
          <w:szCs w:val="24"/>
          <w:lang w:val="es-CO"/>
        </w:rPr>
      </w:pPr>
      <w:r w:rsidRPr="00C42D4C">
        <w:rPr>
          <w:sz w:val="24"/>
          <w:szCs w:val="24"/>
          <w:lang w:val="es-CO"/>
        </w:rPr>
        <w:t>Fecha de nacimiento: ____ / ____ / ______</w:t>
      </w:r>
    </w:p>
    <w:p w14:paraId="12C190BF" w14:textId="77777777" w:rsidR="005D3E9B" w:rsidRPr="00C42D4C" w:rsidRDefault="00CC11FA">
      <w:pPr>
        <w:rPr>
          <w:sz w:val="24"/>
          <w:szCs w:val="24"/>
          <w:lang w:val="es-CO"/>
        </w:rPr>
      </w:pPr>
      <w:r w:rsidRPr="00C42D4C">
        <w:rPr>
          <w:sz w:val="24"/>
          <w:szCs w:val="24"/>
          <w:lang w:val="es-CO"/>
        </w:rPr>
        <w:t>Nombre del acordeonero participante (si aplica): _________________________________________</w:t>
      </w:r>
    </w:p>
    <w:p w14:paraId="26DAA4E3" w14:textId="77777777" w:rsidR="005D3E9B" w:rsidRPr="00C42D4C" w:rsidRDefault="00CC11FA">
      <w:pPr>
        <w:rPr>
          <w:sz w:val="24"/>
          <w:szCs w:val="24"/>
          <w:lang w:val="es-CO"/>
        </w:rPr>
      </w:pPr>
      <w:r w:rsidRPr="00C42D4C">
        <w:rPr>
          <w:sz w:val="24"/>
          <w:szCs w:val="24"/>
          <w:lang w:val="es-CO"/>
        </w:rPr>
        <w:t>MANIFIESTO QUE AUTORIZO de manera libre y voluntaria la inscripción y participación del niño, niña o adolescente antes identificado(a) en el Concurso Semillero Guajiro de la Música Vallenata Tradicional 2026, organizado por la Cámara de Comercio de La Guajira, y declaro que conozco y acepto las normas generales, requisitos y condiciones establecidos para el certamen.</w:t>
      </w:r>
    </w:p>
    <w:p w14:paraId="2CF46677" w14:textId="77777777" w:rsidR="005D3E9B" w:rsidRPr="00C42D4C" w:rsidRDefault="00CC11FA">
      <w:pPr>
        <w:rPr>
          <w:sz w:val="24"/>
          <w:szCs w:val="24"/>
          <w:lang w:val="es-CO"/>
        </w:rPr>
      </w:pPr>
      <w:r w:rsidRPr="00C42D4C">
        <w:rPr>
          <w:sz w:val="24"/>
          <w:szCs w:val="24"/>
          <w:lang w:val="es-CO"/>
        </w:rPr>
        <w:t>Así mismo, autorizo su asistencia y participación en las actividades propias del concurso, en las fechas, horarios y lugares que informe la organización. Me comprometo a suministrar información veraz y a atender las indicaciones organizativas relacionadas con su participación.</w:t>
      </w:r>
    </w:p>
    <w:p w14:paraId="370BC071" w14:textId="77777777" w:rsidR="005D3E9B" w:rsidRDefault="00CC11FA">
      <w:pPr>
        <w:rPr>
          <w:sz w:val="24"/>
          <w:szCs w:val="24"/>
          <w:lang w:val="es-CO"/>
        </w:rPr>
      </w:pPr>
      <w:r w:rsidRPr="00C42D4C">
        <w:rPr>
          <w:sz w:val="24"/>
          <w:szCs w:val="24"/>
          <w:lang w:val="es-CO"/>
        </w:rPr>
        <w:t>Declaro que cuento con la facultad legal para otorgar esta autorización y que la información suministrada es cierta. Entiendo que esta autorización corresponde a la participación en el concurso y no sustituye otros permisos o documentos que la organización solicite conforme a las bases del certamen.</w:t>
      </w:r>
    </w:p>
    <w:p w14:paraId="2EE8ADF7" w14:textId="77777777" w:rsidR="006F495F" w:rsidRDefault="006F495F">
      <w:pPr>
        <w:rPr>
          <w:sz w:val="24"/>
          <w:szCs w:val="24"/>
          <w:lang w:val="es-CO"/>
        </w:rPr>
      </w:pPr>
    </w:p>
    <w:p w14:paraId="11689CDF" w14:textId="77777777" w:rsidR="006F495F" w:rsidRDefault="006F495F">
      <w:pPr>
        <w:rPr>
          <w:sz w:val="24"/>
          <w:szCs w:val="24"/>
          <w:lang w:val="es-CO"/>
        </w:rPr>
      </w:pPr>
    </w:p>
    <w:p w14:paraId="4710C966" w14:textId="77777777" w:rsidR="000256B1" w:rsidRDefault="000256B1">
      <w:pPr>
        <w:rPr>
          <w:sz w:val="24"/>
          <w:szCs w:val="24"/>
          <w:lang w:val="es-CO"/>
        </w:rPr>
      </w:pPr>
    </w:p>
    <w:p w14:paraId="58E28764" w14:textId="6F1300C0" w:rsidR="005D3E9B" w:rsidRPr="00C42D4C" w:rsidRDefault="00CC11FA">
      <w:pPr>
        <w:rPr>
          <w:sz w:val="24"/>
          <w:szCs w:val="24"/>
          <w:lang w:val="es-CO"/>
        </w:rPr>
      </w:pPr>
      <w:r w:rsidRPr="00C42D4C">
        <w:rPr>
          <w:sz w:val="24"/>
          <w:szCs w:val="24"/>
          <w:lang w:val="es-CO"/>
        </w:rPr>
        <w:t>DATOS DE CONTACTO DEL PADRE, MADRE O REPRESENTANTE</w:t>
      </w:r>
    </w:p>
    <w:p w14:paraId="0570E717" w14:textId="77777777" w:rsidR="005D3E9B" w:rsidRPr="00C42D4C" w:rsidRDefault="00CC11FA">
      <w:pPr>
        <w:rPr>
          <w:sz w:val="24"/>
          <w:szCs w:val="24"/>
          <w:lang w:val="es-CO"/>
        </w:rPr>
      </w:pPr>
      <w:r w:rsidRPr="00C42D4C">
        <w:rPr>
          <w:sz w:val="24"/>
          <w:szCs w:val="24"/>
          <w:lang w:val="es-CO"/>
        </w:rPr>
        <w:t>Teléfono: ______________________________    Correo electrónico: __________________________________</w:t>
      </w:r>
    </w:p>
    <w:p w14:paraId="575E1613" w14:textId="77777777" w:rsidR="005D3E9B" w:rsidRPr="00C42D4C" w:rsidRDefault="00CC11FA">
      <w:pPr>
        <w:rPr>
          <w:sz w:val="24"/>
          <w:szCs w:val="24"/>
          <w:lang w:val="es-CO"/>
        </w:rPr>
      </w:pPr>
      <w:r w:rsidRPr="00C42D4C">
        <w:rPr>
          <w:sz w:val="24"/>
          <w:szCs w:val="24"/>
          <w:lang w:val="es-CO"/>
        </w:rPr>
        <w:t>Dirección / municipio: __________________________________________________________________________</w:t>
      </w:r>
    </w:p>
    <w:p w14:paraId="4F81C3FF" w14:textId="77777777" w:rsidR="005D3E9B" w:rsidRPr="00C42D4C" w:rsidRDefault="00CC11FA">
      <w:pPr>
        <w:rPr>
          <w:sz w:val="24"/>
          <w:szCs w:val="24"/>
          <w:lang w:val="es-CO"/>
        </w:rPr>
      </w:pPr>
      <w:r w:rsidRPr="00C42D4C">
        <w:rPr>
          <w:sz w:val="24"/>
          <w:szCs w:val="24"/>
          <w:lang w:val="es-CO"/>
        </w:rPr>
        <w:br/>
        <w:t>Firma: ______________________________________________</w:t>
      </w:r>
    </w:p>
    <w:p w14:paraId="4048F975" w14:textId="77777777" w:rsidR="005D3E9B" w:rsidRPr="00C42D4C" w:rsidRDefault="00CC11FA">
      <w:pPr>
        <w:rPr>
          <w:sz w:val="24"/>
          <w:szCs w:val="24"/>
          <w:lang w:val="es-CO"/>
        </w:rPr>
      </w:pPr>
      <w:r w:rsidRPr="00C42D4C">
        <w:rPr>
          <w:sz w:val="24"/>
          <w:szCs w:val="24"/>
          <w:lang w:val="es-CO"/>
        </w:rPr>
        <w:t>Nombre completo: _____________________________________</w:t>
      </w:r>
    </w:p>
    <w:p w14:paraId="4A96E5F4" w14:textId="77777777" w:rsidR="005D3E9B" w:rsidRPr="00C42D4C" w:rsidRDefault="00CC11FA">
      <w:pPr>
        <w:rPr>
          <w:sz w:val="24"/>
          <w:szCs w:val="24"/>
          <w:lang w:val="es-CO"/>
        </w:rPr>
      </w:pPr>
      <w:r w:rsidRPr="00C42D4C">
        <w:rPr>
          <w:sz w:val="24"/>
          <w:szCs w:val="24"/>
          <w:lang w:val="es-CO"/>
        </w:rPr>
        <w:t>Documento de identidad: _______________________________</w:t>
      </w:r>
    </w:p>
    <w:p w14:paraId="1A00A36D" w14:textId="77777777" w:rsidR="005D3E9B" w:rsidRPr="00C42D4C" w:rsidRDefault="00CC11FA">
      <w:pPr>
        <w:rPr>
          <w:sz w:val="24"/>
          <w:szCs w:val="24"/>
          <w:lang w:val="es-CO"/>
        </w:rPr>
      </w:pPr>
      <w:r w:rsidRPr="00C42D4C">
        <w:rPr>
          <w:sz w:val="24"/>
          <w:szCs w:val="24"/>
          <w:lang w:val="es-CO"/>
        </w:rPr>
        <w:t>Parentesco o calidad en que actúa: ______________________</w:t>
      </w:r>
    </w:p>
    <w:p w14:paraId="258A41A6" w14:textId="21EFE49B" w:rsidR="005D3E9B" w:rsidRPr="00C42D4C" w:rsidRDefault="00CC11FA">
      <w:pPr>
        <w:rPr>
          <w:sz w:val="24"/>
          <w:szCs w:val="24"/>
          <w:lang w:val="es-CO"/>
        </w:rPr>
      </w:pPr>
      <w:r w:rsidRPr="00C42D4C">
        <w:rPr>
          <w:sz w:val="24"/>
          <w:szCs w:val="24"/>
          <w:lang w:val="es-CO"/>
        </w:rPr>
        <w:br/>
      </w:r>
    </w:p>
    <w:sectPr w:rsidR="005D3E9B" w:rsidRPr="00C42D4C" w:rsidSect="006F495F">
      <w:headerReference w:type="default" r:id="rId8"/>
      <w:footerReference w:type="default" r:id="rId9"/>
      <w:pgSz w:w="12240" w:h="15840" w:code="1"/>
      <w:pgMar w:top="1701" w:right="1225" w:bottom="1009" w:left="1225" w:header="170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798E0" w14:textId="77777777" w:rsidR="001167EC" w:rsidRDefault="001167EC">
      <w:pPr>
        <w:spacing w:after="0" w:line="240" w:lineRule="auto"/>
      </w:pPr>
      <w:r>
        <w:separator/>
      </w:r>
    </w:p>
  </w:endnote>
  <w:endnote w:type="continuationSeparator" w:id="0">
    <w:p w14:paraId="23104496" w14:textId="77777777" w:rsidR="001167EC" w:rsidRDefault="00116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5B113" w14:textId="77777777" w:rsidR="005D3E9B" w:rsidRPr="00940C0E" w:rsidRDefault="00CC11FA">
    <w:pPr>
      <w:pStyle w:val="Piedepgina"/>
      <w:jc w:val="center"/>
      <w:rPr>
        <w:lang w:val="es-CO"/>
      </w:rPr>
    </w:pPr>
    <w:r w:rsidRPr="00940C0E">
      <w:rPr>
        <w:color w:val="646464"/>
        <w:sz w:val="16"/>
        <w:lang w:val="es-CO"/>
      </w:rPr>
      <w:t>Modelo de autorización – Concurso Semillero Guajiro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2AF87" w14:textId="77777777" w:rsidR="001167EC" w:rsidRDefault="001167EC">
      <w:pPr>
        <w:spacing w:after="0" w:line="240" w:lineRule="auto"/>
      </w:pPr>
      <w:r>
        <w:separator/>
      </w:r>
    </w:p>
  </w:footnote>
  <w:footnote w:type="continuationSeparator" w:id="0">
    <w:p w14:paraId="289029FB" w14:textId="77777777" w:rsidR="001167EC" w:rsidRDefault="00116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4150A" w14:textId="0FACD16F" w:rsidR="00D701F5" w:rsidRDefault="00D701F5">
    <w:pPr>
      <w:pStyle w:val="Encabezado"/>
    </w:pPr>
    <w:r w:rsidRPr="00666AE1"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73EB4D36" wp14:editId="4B66DF5C">
          <wp:simplePos x="0" y="0"/>
          <wp:positionH relativeFrom="page">
            <wp:posOffset>17145</wp:posOffset>
          </wp:positionH>
          <wp:positionV relativeFrom="paragraph">
            <wp:posOffset>-1054290</wp:posOffset>
          </wp:positionV>
          <wp:extent cx="7749540" cy="10172533"/>
          <wp:effectExtent l="0" t="0" r="3810" b="635"/>
          <wp:wrapNone/>
          <wp:docPr id="18234075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15628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9540" cy="101725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0924857">
    <w:abstractNumId w:val="8"/>
  </w:num>
  <w:num w:numId="2" w16cid:durableId="2057508930">
    <w:abstractNumId w:val="6"/>
  </w:num>
  <w:num w:numId="3" w16cid:durableId="509680855">
    <w:abstractNumId w:val="5"/>
  </w:num>
  <w:num w:numId="4" w16cid:durableId="1921058904">
    <w:abstractNumId w:val="4"/>
  </w:num>
  <w:num w:numId="5" w16cid:durableId="287515002">
    <w:abstractNumId w:val="7"/>
  </w:num>
  <w:num w:numId="6" w16cid:durableId="1202748469">
    <w:abstractNumId w:val="3"/>
  </w:num>
  <w:num w:numId="7" w16cid:durableId="1631865229">
    <w:abstractNumId w:val="2"/>
  </w:num>
  <w:num w:numId="8" w16cid:durableId="1912081262">
    <w:abstractNumId w:val="1"/>
  </w:num>
  <w:num w:numId="9" w16cid:durableId="935593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6B1"/>
    <w:rsid w:val="00034616"/>
    <w:rsid w:val="0006063C"/>
    <w:rsid w:val="001167EC"/>
    <w:rsid w:val="0015074B"/>
    <w:rsid w:val="0029639D"/>
    <w:rsid w:val="00326F90"/>
    <w:rsid w:val="005D3E9B"/>
    <w:rsid w:val="006F495F"/>
    <w:rsid w:val="00914680"/>
    <w:rsid w:val="00940C0E"/>
    <w:rsid w:val="00991493"/>
    <w:rsid w:val="00AA1D8D"/>
    <w:rsid w:val="00B47730"/>
    <w:rsid w:val="00C42D4C"/>
    <w:rsid w:val="00CB0664"/>
    <w:rsid w:val="00CC11FA"/>
    <w:rsid w:val="00D701F5"/>
    <w:rsid w:val="00EF17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77384F60-747C-4421-9B13-C7702B8D7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346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Cristal Manotas Moscote</cp:lastModifiedBy>
  <cp:revision>8</cp:revision>
  <dcterms:created xsi:type="dcterms:W3CDTF">2013-12-23T23:15:00Z</dcterms:created>
  <dcterms:modified xsi:type="dcterms:W3CDTF">2026-10-16T21:25:00Z</dcterms:modified>
  <cp:category/>
</cp:coreProperties>
</file>